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אמצעים אומנותיים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שישה אמצעים אומנותיים: דימוי, האנשה, מטאפורה, חזרה, ניגוד וסמל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מה כל אמצעי מוסיף לטקסט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יוצרת עם שימוש מודע באמצעים אומנותיים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א׳ - זיהוי אמצעים אומנותיים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סמל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ב׳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המאפיין המרכזי של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של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במטאפורה אין מילת השוואה, ההשוואה ישירה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חזרה משמשת להדגשה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ניגוד הוא הצגה של דברים מנוגדים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ג׳ -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האנשה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ד׳ - התאמה בין אמצעי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(השוואה בעזרת המילה כמו או כ-)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(השוואה ישירה בלי מילת השוואה)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(תכונות אדם לחפץ או לבעל 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(חזרה על מילה או צליל להדגשה)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(הצגת שני דברים מנוגדים)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(חפץ המייצג רעיון גדול יותר)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ה׳ - הסבר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מטאפורה - מבטאת קרירות רגשית וחוסר תחושה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תקווה או התמדה, כי הוא ממשיך לדלוק למרות הקשיים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ו׳ -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שהדימוי כולל מילת השוואה ושהניגוד מציג שני דברים מנוגדים בבירור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זיהוי ברור של החפץ כסמל, שימוש בחזרה, ולשון תקנית ומקורית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כולל מילת השוואה, מטאפורה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שבה חפץ או בעל חיים מקבלים תכונת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ניגוד מדגיש הבדל בין שני מצבים או רגשות ומחזק את ההבנה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המשפטים בקול לפני המענה כדי לחזק הבנה שמיעתית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חלק ד׳ (ההתאמה) במליאה לפני המעבר לכתיבה היוצרת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להדגיש שהציון מלא רק כשיש גם זיהוי, גם ציטוט וגם הסבר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אמצעים אומנותיים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לזהות שישה סוגים של כתיבה מיוחדת בסיפורים ובשירים, ונלמד מה כל אחד מהם מוסיף לטקסט.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שני דברים בעזרת המילה כמו או כ-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מטאפורה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ישירה בין שני דברים בלי מילת השוואה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האנשה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נתינת תכונות אדם לבעל חיים או לחפץ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חזרה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על מילה או צליל כדי להדגיש רגש או רעיון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ניגוד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שני דברים או מצבים מנוגדים זה לזה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או דמות שמייצגים רעיון גדול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אמצעי אומנותי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כתיבה שמוסיפה לטקסט תמונה, רגש או רעיון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א׳ - זיהוי אמצעים אומנותיים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אמצעי יש במשפט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אמצעי יש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אמצעי יש במשפט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בולט במשפט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אמצעי יש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מייצג העץ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ב׳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דימוי כולל בדרך כלל מילת השוואה כמו 'כמו' או 'כ-'.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האנשה היא נתינת תכונות אדם לבעל חיים או לחפץ.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מטאפורה משווה בין שני דברים בעזרת מילת השוואה.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על מילה או צליל יכולה להדגיש רגש או רעיון.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ניגוד הוא הצגה של שני דברים דומים מאוד.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ג׳ -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בדימוי משתמשים במילת השוואה כמו 'כמו' או '__________'.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חפץ מייצג רעיון גדול יותר, הוא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חזרה על אותה מילה פעמים רבות ברצף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כאשר נותנים לחפץ דומם תכונות אנושיות, זהו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ד׳ - התאמה בין אמצעי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חפץ המייצג רעיון גדול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מטאפורה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הצגת שני דברים מנוגדים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חזרה על מילה או צליל להדגשה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חזרה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השוואה ישירה בלי מילת השוואה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תכונות אדם לחפץ או לבעל 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השוואה בעזרת המילה כמו או כ-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ה׳ -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 את המשפט: "הלב שלה היה סלע קפוא." איזה אמצעי מופיע כאן ומה הוא מוסיף לתיאור?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בסיפור מופיע נר דולק שאינו כבה למרות הרוח החזקה. מה יכול הנר לסמל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ו׳ -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משפטים מקוריים על הנושא 'יום גשם ראשון': משפט אחד עם דימוי ומשפט אחד עם ניגוד. סמנו ליד כל משפט את שם האמצעי.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פסקה קצרה (4-5 משפטים) שבה חפץ אחד הופך לסמל. השתמשו בפסקה גם בחזרה אחת לפחות.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דימוי למטאפורה?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משלכם להאנשה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ניגוד יכול לעזור להבין רגש 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אמצעים אומנותיים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